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CAE817" w14:textId="77777777" w:rsidR="00385E16" w:rsidRDefault="00AA0F7C">
      <w:pPr>
        <w:jc w:val="center"/>
      </w:pPr>
      <w:r>
        <w:rPr>
          <w:b/>
          <w:sz w:val="36"/>
        </w:rPr>
        <w:t>Harbor of Hope Consulting</w:t>
      </w:r>
      <w:r>
        <w:rPr>
          <w:b/>
          <w:sz w:val="36"/>
        </w:rPr>
        <w:br/>
        <w:t>Resident Intake Form</w:t>
      </w:r>
    </w:p>
    <w:p w14:paraId="7C36A533" w14:textId="77777777" w:rsidR="00385E16" w:rsidRDefault="00AA0F7C">
      <w:r>
        <w:t>Please complete all sections below. This information is used to determine eligibility, support needs, and placement suitability within the Harbor of Hope Structured Independent Living Program.</w:t>
      </w:r>
    </w:p>
    <w:p w14:paraId="576C967A" w14:textId="77777777" w:rsidR="00385E16" w:rsidRDefault="00AA0F7C">
      <w:r>
        <w:rPr>
          <w:b/>
          <w:sz w:val="28"/>
        </w:rPr>
        <w:t>1. Applicant Information</w:t>
      </w:r>
    </w:p>
    <w:p w14:paraId="7BD5B762" w14:textId="77777777" w:rsidR="00385E16" w:rsidRDefault="00AA0F7C">
      <w:r>
        <w:t>Full Name: ____________________________________________</w:t>
      </w:r>
    </w:p>
    <w:p w14:paraId="50E92E7A" w14:textId="77777777" w:rsidR="00385E16" w:rsidRDefault="00AA0F7C">
      <w:r>
        <w:t>Date of Birth: ________________________________________</w:t>
      </w:r>
    </w:p>
    <w:p w14:paraId="1CA8CC2C" w14:textId="77777777" w:rsidR="00385E16" w:rsidRDefault="00AA0F7C">
      <w:r>
        <w:t>Phone Number: ________________________________________</w:t>
      </w:r>
    </w:p>
    <w:p w14:paraId="12AD8343" w14:textId="77777777" w:rsidR="00385E16" w:rsidRDefault="00AA0F7C">
      <w:r>
        <w:t>Email Address: ________________________________________</w:t>
      </w:r>
    </w:p>
    <w:p w14:paraId="25915B90" w14:textId="77777777" w:rsidR="00385E16" w:rsidRDefault="00AA0F7C">
      <w:r>
        <w:t>Current Address: ______________________________________</w:t>
      </w:r>
    </w:p>
    <w:p w14:paraId="54725BF5" w14:textId="77777777" w:rsidR="00385E16" w:rsidRDefault="00AA0F7C">
      <w:r>
        <w:t>Emergency Contact Name &amp; Phone: ________________________</w:t>
      </w:r>
    </w:p>
    <w:p w14:paraId="423EAC22" w14:textId="77777777" w:rsidR="00385E16" w:rsidRDefault="00AA0F7C">
      <w:r>
        <w:t>Veteran Status: □ Yes  □ No</w:t>
      </w:r>
    </w:p>
    <w:p w14:paraId="795E5DEE" w14:textId="77777777" w:rsidR="00385E16" w:rsidRDefault="00AA0F7C">
      <w:r>
        <w:t>Driver’s License/ID Number: _____________________________</w:t>
      </w:r>
    </w:p>
    <w:p w14:paraId="34465B8A" w14:textId="77777777" w:rsidR="00385E16" w:rsidRDefault="00AA0F7C">
      <w:r>
        <w:rPr>
          <w:b/>
          <w:sz w:val="28"/>
        </w:rPr>
        <w:t>2. Referral Information</w:t>
      </w:r>
    </w:p>
    <w:p w14:paraId="0A327C27" w14:textId="77777777" w:rsidR="00385E16" w:rsidRDefault="00AA0F7C">
      <w:r>
        <w:t>Referral Source/Agency: _________________________________</w:t>
      </w:r>
    </w:p>
    <w:p w14:paraId="4DD18E6D" w14:textId="77777777" w:rsidR="00385E16" w:rsidRDefault="00AA0F7C">
      <w:r>
        <w:t>Case Manager Name: ____________________________________</w:t>
      </w:r>
    </w:p>
    <w:p w14:paraId="7B51D684" w14:textId="77777777" w:rsidR="00385E16" w:rsidRDefault="00AA0F7C">
      <w:r>
        <w:t>Case Manager Phone/Email: ______________________________</w:t>
      </w:r>
    </w:p>
    <w:p w14:paraId="0D9F8DE0" w14:textId="77777777" w:rsidR="00385E16" w:rsidRDefault="00AA0F7C">
      <w:r>
        <w:t>Funding Source (if applicable): _________________________</w:t>
      </w:r>
    </w:p>
    <w:p w14:paraId="3D1290E2" w14:textId="77777777" w:rsidR="00385E16" w:rsidRDefault="00AA0F7C">
      <w:r>
        <w:rPr>
          <w:b/>
          <w:sz w:val="28"/>
        </w:rPr>
        <w:t>3. Housing &amp; Program Needs</w:t>
      </w:r>
    </w:p>
    <w:p w14:paraId="0C4D0506" w14:textId="77777777" w:rsidR="00385E16" w:rsidRDefault="00AA0F7C">
      <w:r>
        <w:t>Reason for Seeking Placement: ___________________________</w:t>
      </w:r>
    </w:p>
    <w:p w14:paraId="01C65F45" w14:textId="77777777" w:rsidR="00385E16" w:rsidRDefault="00AA0F7C">
      <w:r>
        <w:t>Current Living Situation: _______________________________</w:t>
      </w:r>
    </w:p>
    <w:p w14:paraId="3241945D" w14:textId="77777777" w:rsidR="00385E16" w:rsidRDefault="00AA0F7C">
      <w:r>
        <w:t>Desired Move-In Date: __________________________________</w:t>
      </w:r>
    </w:p>
    <w:p w14:paraId="18E57368" w14:textId="77777777" w:rsidR="00385E16" w:rsidRDefault="00AA0F7C">
      <w:r>
        <w:t>Length of Stay Requested: _______________________________</w:t>
      </w:r>
    </w:p>
    <w:p w14:paraId="35890911" w14:textId="77777777" w:rsidR="00385E16" w:rsidRDefault="00AA0F7C">
      <w:r>
        <w:t>Do you have income? □ Yes  □ No</w:t>
      </w:r>
    </w:p>
    <w:p w14:paraId="652D9210" w14:textId="77777777" w:rsidR="00385E16" w:rsidRDefault="00AA0F7C">
      <w:r>
        <w:t>Monthly Income Amount: _________________________________</w:t>
      </w:r>
    </w:p>
    <w:p w14:paraId="20495531" w14:textId="77777777" w:rsidR="00385E16" w:rsidRDefault="00AA0F7C">
      <w:r>
        <w:t>Are you employed? □ Yes  □ No</w:t>
      </w:r>
    </w:p>
    <w:p w14:paraId="3856096D" w14:textId="77777777" w:rsidR="00385E16" w:rsidRDefault="00AA0F7C">
      <w:r>
        <w:t>Do you require transportation assistance? □ Yes  □ No</w:t>
      </w:r>
    </w:p>
    <w:p w14:paraId="57B45F28" w14:textId="77777777" w:rsidR="00385E16" w:rsidRDefault="00AA0F7C">
      <w:r>
        <w:rPr>
          <w:b/>
          <w:sz w:val="28"/>
        </w:rPr>
        <w:t>4. Medical &amp; Support Information</w:t>
      </w:r>
    </w:p>
    <w:p w14:paraId="3DB36317" w14:textId="77777777" w:rsidR="00385E16" w:rsidRDefault="00AA0F7C">
      <w:r>
        <w:t>Primary Physician: _____________________________________</w:t>
      </w:r>
    </w:p>
    <w:p w14:paraId="25ED2FDD" w14:textId="77777777" w:rsidR="00385E16" w:rsidRDefault="00AA0F7C">
      <w:r>
        <w:t>Current Medications: ___________________________________</w:t>
      </w:r>
    </w:p>
    <w:p w14:paraId="17520834" w14:textId="77777777" w:rsidR="00385E16" w:rsidRDefault="00AA0F7C">
      <w:r>
        <w:t>Any Mental Health Diagnoses or Support Needs: ___________</w:t>
      </w:r>
    </w:p>
    <w:p w14:paraId="41118157" w14:textId="77777777" w:rsidR="00385E16" w:rsidRDefault="00AA0F7C">
      <w:r>
        <w:t>Substance Abuse History/Treatment: ______________________</w:t>
      </w:r>
    </w:p>
    <w:p w14:paraId="579BC743" w14:textId="77777777" w:rsidR="00385E16" w:rsidRDefault="00AA0F7C">
      <w:r>
        <w:t>Any Physical Limitations: _______________________________</w:t>
      </w:r>
    </w:p>
    <w:p w14:paraId="0E383B52" w14:textId="77777777" w:rsidR="00385E16" w:rsidRDefault="00AA0F7C">
      <w:r>
        <w:t>Allergies: _____________________________________________</w:t>
      </w:r>
    </w:p>
    <w:p w14:paraId="1E48746F" w14:textId="77777777" w:rsidR="00385E16" w:rsidRDefault="00AA0F7C">
      <w:r>
        <w:rPr>
          <w:b/>
          <w:sz w:val="28"/>
        </w:rPr>
        <w:t>5. Program Expectations</w:t>
      </w:r>
    </w:p>
    <w:p w14:paraId="5CA79047" w14:textId="77777777" w:rsidR="00385E16" w:rsidRDefault="00AA0F7C">
      <w:r>
        <w:t>I understand Harbor of Hope is a structured independent living program and not a licensed medical facility.</w:t>
      </w:r>
    </w:p>
    <w:p w14:paraId="2356D859" w14:textId="77777777" w:rsidR="00385E16" w:rsidRDefault="00AA0F7C">
      <w:r>
        <w:t>I agree to follow all house rules and maintain respectful behavior toward staff and residents.</w:t>
      </w:r>
    </w:p>
    <w:p w14:paraId="55B69F07" w14:textId="77777777" w:rsidR="00385E16" w:rsidRDefault="00AA0F7C">
      <w:r>
        <w:t>I understand the following Harbor of Hope Consulting program fees:</w:t>
      </w:r>
      <w:r>
        <w:br/>
        <w:t>• Standard Program Fee: $800.00 per month ($26.00 per day).</w:t>
      </w:r>
      <w:r>
        <w:br/>
        <w:t>• Emergency Placement Fee: $45.00 per day with a 7-day minimum stay.</w:t>
      </w:r>
      <w:r>
        <w:br/>
        <w:t>I understand program fees, residency terms, and payment responsibilities will be discussed prior to move-in.</w:t>
      </w:r>
    </w:p>
    <w:p w14:paraId="59FFC16F" w14:textId="77777777" w:rsidR="00385E16" w:rsidRDefault="00AA0F7C">
      <w:r>
        <w:br/>
        <w:t>Applicant Signature: ____________________________________</w:t>
      </w:r>
    </w:p>
    <w:p w14:paraId="43AC9CC3" w14:textId="77777777" w:rsidR="00385E16" w:rsidRDefault="00AA0F7C">
      <w:r>
        <w:t>Date: _________________________________________________</w:t>
      </w:r>
    </w:p>
    <w:p w14:paraId="5006ABB9" w14:textId="77777777" w:rsidR="00385E16" w:rsidRDefault="00AA0F7C">
      <w:r>
        <w:br/>
        <w:t>Staff Use Only</w:t>
      </w:r>
    </w:p>
    <w:p w14:paraId="2AF6AB9B" w14:textId="77777777" w:rsidR="00385E16" w:rsidRDefault="00AA0F7C">
      <w:r>
        <w:t>Intake Completed By: ___________________________________</w:t>
      </w:r>
    </w:p>
    <w:p w14:paraId="54221327" w14:textId="77777777" w:rsidR="00385E16" w:rsidRDefault="00AA0F7C">
      <w:r>
        <w:t>Date of Intake: ________________________________________</w:t>
      </w:r>
    </w:p>
    <w:p w14:paraId="3A45A1B3" w14:textId="77777777" w:rsidR="00385E16" w:rsidRDefault="00AA0F7C">
      <w:r>
        <w:t>Placement Approved: □ Yes  □ No</w:t>
      </w:r>
    </w:p>
    <w:p w14:paraId="1C592466" w14:textId="77777777" w:rsidR="00385E16" w:rsidRDefault="00AA0F7C">
      <w:r>
        <w:t>Move-In Date: _________________________________________</w:t>
      </w:r>
    </w:p>
    <w:sectPr w:rsidR="00385E1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2901061">
    <w:abstractNumId w:val="8"/>
  </w:num>
  <w:num w:numId="2" w16cid:durableId="1666978875">
    <w:abstractNumId w:val="6"/>
  </w:num>
  <w:num w:numId="3" w16cid:durableId="1915167936">
    <w:abstractNumId w:val="5"/>
  </w:num>
  <w:num w:numId="4" w16cid:durableId="404568398">
    <w:abstractNumId w:val="4"/>
  </w:num>
  <w:num w:numId="5" w16cid:durableId="382875183">
    <w:abstractNumId w:val="7"/>
  </w:num>
  <w:num w:numId="6" w16cid:durableId="1419860464">
    <w:abstractNumId w:val="3"/>
  </w:num>
  <w:num w:numId="7" w16cid:durableId="1979871526">
    <w:abstractNumId w:val="2"/>
  </w:num>
  <w:num w:numId="8" w16cid:durableId="1976907343">
    <w:abstractNumId w:val="1"/>
  </w:num>
  <w:num w:numId="9" w16cid:durableId="10158823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008F"/>
    <w:rsid w:val="0015074B"/>
    <w:rsid w:val="0029639D"/>
    <w:rsid w:val="00326F90"/>
    <w:rsid w:val="00385E16"/>
    <w:rsid w:val="00605AB2"/>
    <w:rsid w:val="00AA0F7C"/>
    <w:rsid w:val="00AA1D8D"/>
    <w:rsid w:val="00B47730"/>
    <w:rsid w:val="00CB0664"/>
    <w:rsid w:val="00D760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DA6501"/>
  <w14:defaultImageDpi w14:val="300"/>
  <w15:docId w15:val="{BDB71E48-30C2-0046-8B38-78A93570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Heather Riggs</cp:lastModifiedBy>
  <cp:revision>2</cp:revision>
  <dcterms:created xsi:type="dcterms:W3CDTF">2026-07-14T15:16:00Z</dcterms:created>
  <dcterms:modified xsi:type="dcterms:W3CDTF">2026-07-14T15:16:00Z</dcterms:modified>
  <cp:category/>
</cp:coreProperties>
</file>